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תשבץ 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למשחק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התפקידים השונים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והבנה של משפטים קצרים על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שוערת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ניצחון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מבקיעה גולים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חלק מהתפקיד שלה בשער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אוהדים צופים ומעודדים, הם לא 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הוא אחראי על הכללים ועל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מאמנת מלמדת את הקבוצה ולא משחקת במגרש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חלק מהשער שעוזר לבדוק 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אוהדים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חלוצה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תפקיד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(שומרת על השער)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(מלמדת את הקבוצה להתאמן)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(מבקיעה גולים בהתקפה)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(שורק ושומר על הכללים)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(מעודדים את הקבוצה מהיציע)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השחקנים מתחממים לפני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השופט שורק שריקת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הקבוצות משחקות ומנסות להבקיע גולים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השופט שורק שריקת 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תפקיד, מסביר מדוע הוא מעניין, ומשתמש לפחות במילה אחת מהמילון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שוערת שומרת על השער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ניצחון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קודם את התשבץ המקורי ואז להשתמש בדף כחיזוק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בקול את ההגדרות לפני שהתלמידים עונים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חלק הסדר והכתיבה לתלמידים 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תשבץ 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המילים מהתשבץ על כדורגל: שוערת, חלוצה, שופט, מאמנת ועוד. נבדוק אם אתם זוכרים מה כל תפקיד עושה במשחק.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למי ששומרת על השער?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שוערת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מאמנת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שופטת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ההפך של הפסד?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ניצחון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שחקנים יש בקבוצת כדורגל אחת על המגרש?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שורק ושומר על הכללים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אוהד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משחקים כדורגל?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עושה חלוצה בהתקפה?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שומרת על השער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מבקיעה גולים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שורקת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מעודדת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שוערת מותר לה לגעת בכדור בידיים בתוך השטח 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אוהדים משחקים במגרש עם הקבוצה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שופט קובע מתי מתחיל ונגמר המשחק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מאמנת היא שחקנית בקבוצה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רשת תלויה בשער כדי לתפוס את הכדור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שומרת על השער ולא נותנת לכדור להיכנס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הקבוצה יצאה למגרש כדי לשחק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מריעים ומעודדים את הקבוצה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שורק כדי לעצור את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מבקיעה גול אחרי גול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תפקיד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שורק ושומר על הכללים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מאמנת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מבקיעה גולים בהתקפה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חלוצה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שומרת על השער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מעודדים את הקבוצה מהיציע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אוהדים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מלמדת את הקבוצה להתאמן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שורק שריקת סיום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הקבוצות משחקות ומנסות להבקיע גולים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שורק שריקת פתיחה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השחקנים מתחממים לפני המשחק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כמה משפטים: איזה תפקיד במשחק הכדורגל הכי מעניין אתכם (שוערת, חלוצה, שופט, מאמנת)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שוערת במשחק?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ההפך של הפסד?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שורק ושומר על הכללים?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תשבץ 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