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תשבץ כדורגל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הקשורות למשחק הכדורגל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התפקידים השונים במשחק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והבנה של משפטים קצרים על כדורגל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רב-ברירה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שוערת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ניצחון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11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שופט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מגרש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מבקיעה גולים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 חלק מהתפקיד שלה בשער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אוהדים צופים ומעודדים, הם לא משחקים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הוא אחראי על הכללים ועל הזמן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מאמנת מלמדת את הקבוצה ולא משחקת במגרש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זה חלק מהשער שעוזר לבדוק גול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שוערת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כדורגל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אוהדים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שופט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חלוצה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תפקיד להגדרה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(שומרת על השער)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(מלמדת את הקבוצה להתאמן)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(מבקיעה גולים בהתקפה)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(שורק ושומר על הכללים)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(מעודדים את הקבוצה מהיציע)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השחקנים מתחממים לפני המשחק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השופט שורק שריקת פתיחה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הקבוצות משחקות ומנסות להבקיע גולים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השופט שורק שריקת סיום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בוחר תפקיד, מסביר מדוע הוא מעניין, ומשתמש לפחות במילה אחת מהמילון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שוערת שומרת על השער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ניצחון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שופט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לפתור קודם את התשבץ המקורי ואז להשתמש בדף כחיזוק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לקרוא בקול את ההגדרות לפני שהתלמידים עונים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לוותר על חלק הסדר והכתיבה לתלמידים מתקשים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תשבץ כדורגל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יש מילים על כדורגל. נלמד מי שוערת, מי חלוצה, מי שופט ומה כל אחד עושה.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כדורגל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משחק עם כדור בין שתי קבוצות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שוערת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שומרת על השער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חלוצה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מבקיעה גולים בהתקפה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מאמנת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מלמדת את הקבוצה להתאמן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שופט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שורק ושומר על הכללים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אוהדים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הקהל שמעודד את הקבוצה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מגרש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המקום שבו משחקים כדורגל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קבוצה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אחד עשר שחקנים ושחקניות יחד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רב-ברירה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שומרת על השער?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שוערת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חלוצה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מאמנת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שופטת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הפוך מלהפסיד?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תיקו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ניצחון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פסילה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שחקנים יש בקבוצה?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 שורק במשחק?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אוהד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שופט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חלוץ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מאמן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איפה משחקים את המשחק?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בריכה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מגרש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ספרייה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עושה חלוצה?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שומרת על השער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מבקיעה גולים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שורקת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מעודדת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שוערת מותר לה לגעת בכדור בידיים בתוך השטח שלה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אוהדים משחקים במגרש עם הקבוצה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שופט קובע מתי מתחיל ונגמר המשחק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מאמנת היא שחקנית בקבוצה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רשת תלויה בשער כדי לתפוס את הכדור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ה__________ שומרת על השער ולא נותנת לכדור להיכנס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כל הקבוצה יצאה למגרש כדי לשחק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ה__________ מריעים ומעודדים את הקבוצה שלהם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ה__________ שורק כדי לעצור את המשחק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ה__________ מבקיעה גול אחרי גול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תפקיד להגדרה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שוערת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שורק ושומר על הכללים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מאמנת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מבקיעה גולים בהתקפה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חלוצה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מעודדים את הקבוצה מהיציע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שופט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שומרת על השער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אוהדים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מלמדת את הקבוצה להתאמן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הקבוצות משחקות ומנסות להבקיע גולים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השחקנים מתחממים לפני המשחק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השופט שורק שריקת סיום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השופט שורק שריקת פתיחה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כמה משפטים: איזה תפקיד במשחק הכדורגל הכי מעניין אתכם (שוערת, חלוצה, שופט, מאמנת) ולמה?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עושה שוערת במשחק?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ההפך של הפסד?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שורק ושומר על הכללים?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תשבץ כדורגל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