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תשבץ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התפקידים השונים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והבנה של משפטים קצרים על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ניצחון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חלק מהתפקיד שלה בשער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אוהדים צופים ומעודדים, הם לא משחקים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(שומרת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(מבקיעה גולים בהתקפה)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(מעודדים את הקבוצה מהיציע)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מתחממים לפני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הקבוצות משחקות ומנסות להבקיע גולים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תפקיד, מסביר מדוע הוא מעניין, ומשתמש לפחות במילה אחת מהמילון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שוערת שומרת על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ניצחון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קודם את התשבץ המקורי ואז להשתמש בדף כחיזוק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ההגדרות לפני שהתלמידים 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חלק הסדר והכתיבה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תשבץ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המילים מהתשבץ על כדורגל: שוערת, חלוצה, שופט, מאמנת ועוד. נבדוק אם אתם זוכרים מה כל תפקיד עושה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שוערת  ·  כדורגל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קוראים למי ששומרת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שוערת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חלוצה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ההפך של הפסד?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ניצחון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שורק ושומר על הכללים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חלוץ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שוערת מותר לה לגעת בכדור בידיים בתוך השטח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אוהדים משחקים במגרש עם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שומרת על השער ולא נותנת לכדור להיכנס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הקבוצה יצאה למגרש כדי לשחק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תפקיד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מבקיעה גולים בהתקפה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חלוצה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מעודדים את הקבוצה מהיציע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אוהדים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שומרת על השער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הקבוצות משחקות ומנסות להבקיע גולים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השחקנים מתחממים לפני המשחק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כמה משפטים: איזה תפקיד במשחק הכדורגל הכי מעניין אתכם (שוערת, חלוצה, שופט, מאמנת)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שוערת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ההפך של הפסד?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תשבץ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